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Convenio modificatorio de contrato</w:t>
      </w:r>
    </w:p>
    <w:p>
      <w:pPr>
        <w:jc w:val="center"/>
      </w:pPr>
      <w:r>
        <w:rPr>
          <w:i/>
          <w:sz w:val="19"/>
        </w:rPr>
        <w:t>Para cambiar por escrito cláusulas concretas sin rehacer todo el contrato.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Contrato original: </w:t>
      </w:r>
      <w:r>
        <w:t>______________________________________________</w:t>
      </w:r>
    </w:p>
    <w:p>
      <w:r>
        <w:rPr>
          <w:b/>
        </w:rPr>
        <w:t xml:space="preserve">Fecha del contrato original: </w:t>
      </w:r>
      <w:r>
        <w:t>______________________________________________</w:t>
      </w:r>
    </w:p>
    <w:p>
      <w:r>
        <w:rPr>
          <w:b/>
        </w:rPr>
        <w:t xml:space="preserve">Parte A: </w:t>
      </w:r>
      <w:r>
        <w:t>______________________________________________</w:t>
      </w:r>
    </w:p>
    <w:p>
      <w:r>
        <w:rPr>
          <w:b/>
        </w:rPr>
        <w:t xml:space="preserve">Parte B: </w:t>
      </w:r>
      <w:r>
        <w:t>______________________________________________</w:t>
      </w:r>
    </w:p>
    <w:p>
      <w:r>
        <w:rPr>
          <w:b/>
        </w:rPr>
        <w:t xml:space="preserve">Fecha de modificación: </w:t>
      </w:r>
      <w:r>
        <w:t>______________________________________________</w:t>
      </w:r>
    </w:p>
    <w:p>
      <w:pPr>
        <w:pStyle w:val="Heading2"/>
      </w:pPr>
      <w:r>
        <w:t>ANTECEDENTES</w:t>
      </w:r>
    </w:p>
    <w:p>
      <w:r>
        <w:t>Las partes identifican el contrato original y manifiestan su voluntad de modificar únicamente las cláusulas expresamente señaladas en este convenio.</w:t>
      </w:r>
    </w:p>
    <w:p>
      <w:pPr>
        <w:pStyle w:val="Heading2"/>
      </w:pPr>
      <w:r>
        <w:t>MODIFICACIONES</w:t>
      </w:r>
    </w:p>
    <w:p>
      <w:r>
        <w:rPr>
          <w:b/>
        </w:rPr>
        <w:t xml:space="preserve">1. Cláusula modificada. </w:t>
      </w:r>
      <w:r>
        <w:t>La cláusula ______ quedará redactada así: “________________________________________”.</w:t>
      </w:r>
    </w:p>
    <w:p>
      <w:r>
        <w:rPr>
          <w:b/>
        </w:rPr>
        <w:t xml:space="preserve">2. Nueva obligación. </w:t>
      </w:r>
      <w:r>
        <w:t>Se adiciona: ________________________________________.</w:t>
      </w:r>
    </w:p>
    <w:p>
      <w:r>
        <w:rPr>
          <w:b/>
        </w:rPr>
        <w:t xml:space="preserve">3. Fecha de efectos. </w:t>
      </w:r>
      <w:r>
        <w:t>Los cambios surtirán efectos a partir de __________.</w:t>
      </w:r>
    </w:p>
    <w:p>
      <w:r>
        <w:rPr>
          <w:b/>
        </w:rPr>
        <w:t xml:space="preserve">4. Subsistencia. </w:t>
      </w:r>
      <w:r>
        <w:t>Las demás estipulaciones del contrato original permanecerán vigentes en lo que no contradigan este convenio.</w:t>
      </w:r>
    </w:p>
    <w:p>
      <w:r>
        <w:rPr>
          <w:b/>
        </w:rPr>
        <w:t xml:space="preserve">5. Integración. </w:t>
      </w:r>
      <w:r>
        <w:t>Este convenio y sus anexos forman parte del contrato original.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PARTE A</w:t>
            </w:r>
          </w:p>
        </w:tc>
        <w:tc>
          <w:tcPr>
            <w:tcW w:type="dxa" w:w="5040"/>
          </w:tcPr>
          <w:p>
            <w:r>
              <w:t>PARTE B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