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18"/>
        </w:rPr>
        <w:t>MIPYME MORELOS · POR SRJUSTICIA</w:t>
      </w:r>
    </w:p>
    <w:p>
      <w:pPr>
        <w:jc w:val="center"/>
      </w:pPr>
      <w:r>
        <w:rPr>
          <w:rFonts w:ascii="Georgia" w:hAnsi="Georgia"/>
          <w:b/>
          <w:sz w:val="36"/>
        </w:rPr>
        <w:t>Acta de entrega-recepción e inventario</w:t>
      </w:r>
    </w:p>
    <w:p>
      <w:pPr>
        <w:jc w:val="center"/>
      </w:pPr>
      <w:r>
        <w:rPr>
          <w:i/>
          <w:sz w:val="19"/>
        </w:rPr>
        <w:t>Para documentar entrega de local, equipo, mercancía o proyecto.</w:t>
      </w:r>
    </w:p>
    <w:p>
      <w:pPr>
        <w:pStyle w:val="IntenseQuote"/>
      </w:pPr>
      <w:r>
        <w:t>MODELO GRATUITO. Este documento es una base general y debe adaptarse a la operación real. No sustituye asesoría jurídica, fiscal, laboral, contable, administrativa ni la revisión de permisos. No lo uses para simular relaciones distintas de las que existen en los hechos.</w:t>
      </w:r>
    </w:p>
    <w:p>
      <w:r>
        <w:rPr>
          <w:b/>
        </w:rPr>
        <w:t xml:space="preserve">Fecha y hora: </w:t>
      </w:r>
      <w:r>
        <w:t>______________________________________________</w:t>
      </w:r>
    </w:p>
    <w:p>
      <w:r>
        <w:rPr>
          <w:b/>
        </w:rPr>
        <w:t xml:space="preserve">Lugar: </w:t>
      </w:r>
      <w:r>
        <w:t>______________________________________________</w:t>
      </w:r>
    </w:p>
    <w:p>
      <w:r>
        <w:rPr>
          <w:b/>
        </w:rPr>
        <w:t xml:space="preserve">Entrega: </w:t>
      </w:r>
      <w:r>
        <w:t>______________________________________________</w:t>
      </w:r>
    </w:p>
    <w:p>
      <w:r>
        <w:rPr>
          <w:b/>
        </w:rPr>
        <w:t xml:space="preserve">Recibe: </w:t>
      </w:r>
      <w:r>
        <w:t>______________________________________________</w:t>
      </w:r>
    </w:p>
    <w:p>
      <w:r>
        <w:rPr>
          <w:b/>
        </w:rPr>
        <w:t xml:space="preserve">Contrato / pedido relacionado: </w:t>
      </w:r>
      <w:r>
        <w:t>______________________________________________</w:t>
      </w:r>
    </w:p>
    <w:p>
      <w:pPr>
        <w:pStyle w:val="Heading2"/>
      </w:pPr>
      <w:r>
        <w:t>INVENTARIO / ENTREGABLES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16"/>
        <w:gridCol w:w="2016"/>
        <w:gridCol w:w="2016"/>
        <w:gridCol w:w="2016"/>
        <w:gridCol w:w="2016"/>
      </w:tblGrid>
      <w:tr>
        <w:tc>
          <w:tcPr>
            <w:tcW w:type="dxa" w:w="2016"/>
          </w:tcPr>
          <w:p>
            <w:r>
              <w:t>No.</w:t>
            </w:r>
          </w:p>
        </w:tc>
        <w:tc>
          <w:tcPr>
            <w:tcW w:type="dxa" w:w="2016"/>
          </w:tcPr>
          <w:p>
            <w:r>
              <w:t>Descripción</w:t>
            </w:r>
          </w:p>
        </w:tc>
        <w:tc>
          <w:tcPr>
            <w:tcW w:type="dxa" w:w="2016"/>
          </w:tcPr>
          <w:p>
            <w:r>
              <w:t>Serie / cantidad</w:t>
            </w:r>
          </w:p>
        </w:tc>
        <w:tc>
          <w:tcPr>
            <w:tcW w:type="dxa" w:w="2016"/>
          </w:tcPr>
          <w:p>
            <w:r>
              <w:t>Estado</w:t>
            </w:r>
          </w:p>
        </w:tc>
        <w:tc>
          <w:tcPr>
            <w:tcW w:type="dxa" w:w="2016"/>
          </w:tcPr>
          <w:p>
            <w:r>
              <w:t>Observaciones</w:t>
            </w:r>
          </w:p>
        </w:tc>
      </w:tr>
      <w:tr>
        <w:tc>
          <w:tcPr>
            <w:tcW w:type="dxa" w:w="2016"/>
          </w:tcPr>
          <w:p>
            <w:r>
              <w:t>________________</w:t>
            </w:r>
          </w:p>
        </w:tc>
        <w:tc>
          <w:tcPr>
            <w:tcW w:type="dxa" w:w="2016"/>
          </w:tcPr>
          <w:p>
            <w:r>
              <w:t>________________</w:t>
            </w:r>
          </w:p>
        </w:tc>
        <w:tc>
          <w:tcPr>
            <w:tcW w:type="dxa" w:w="2016"/>
          </w:tcPr>
          <w:p>
            <w:r>
              <w:t>________________</w:t>
            </w:r>
          </w:p>
        </w:tc>
        <w:tc>
          <w:tcPr>
            <w:tcW w:type="dxa" w:w="2016"/>
          </w:tcPr>
          <w:p>
            <w:r>
              <w:t>________________</w:t>
            </w:r>
          </w:p>
        </w:tc>
        <w:tc>
          <w:tcPr>
            <w:tcW w:type="dxa" w:w="2016"/>
          </w:tcPr>
          <w:p>
            <w:r>
              <w:t>________________</w:t>
            </w:r>
          </w:p>
        </w:tc>
      </w:tr>
      <w:tr>
        <w:tc>
          <w:tcPr>
            <w:tcW w:type="dxa" w:w="2016"/>
          </w:tcPr>
          <w:p>
            <w:r>
              <w:t>________________</w:t>
            </w:r>
          </w:p>
        </w:tc>
        <w:tc>
          <w:tcPr>
            <w:tcW w:type="dxa" w:w="2016"/>
          </w:tcPr>
          <w:p>
            <w:r>
              <w:t>________________</w:t>
            </w:r>
          </w:p>
        </w:tc>
        <w:tc>
          <w:tcPr>
            <w:tcW w:type="dxa" w:w="2016"/>
          </w:tcPr>
          <w:p>
            <w:r>
              <w:t>________________</w:t>
            </w:r>
          </w:p>
        </w:tc>
        <w:tc>
          <w:tcPr>
            <w:tcW w:type="dxa" w:w="2016"/>
          </w:tcPr>
          <w:p>
            <w:r>
              <w:t>________________</w:t>
            </w:r>
          </w:p>
        </w:tc>
        <w:tc>
          <w:tcPr>
            <w:tcW w:type="dxa" w:w="2016"/>
          </w:tcPr>
          <w:p>
            <w:r>
              <w:t>________________</w:t>
            </w:r>
          </w:p>
        </w:tc>
      </w:tr>
    </w:tbl>
    <w:p>
      <w:pPr>
        <w:pStyle w:val="Heading2"/>
      </w:pPr>
      <w:r>
        <w:t>OBSERVACIONES Y EVIDENCIA</w:t>
      </w:r>
    </w:p>
    <w:p>
      <w:r>
        <w:t>Fotografías / videos / anexos: ____________________. Pendientes acordados: ____________________. Fecha de corrección o complemento: ____________________.</w:t>
      </w:r>
    </w:p>
    <w:p>
      <w:r>
        <w:t>La firma acredita la entrega física descrita y las observaciones asentadas; no implica renuncia automática a garantías, defectos ocultos o derechos irrenunciables.</w:t>
      </w:r>
    </w:p>
    <w:p>
      <w:pPr>
        <w:pStyle w:val="Heading2"/>
      </w:pPr>
      <w:r>
        <w:br/>
        <w:t>FIRMAS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br/>
              <w:br/>
              <w:t>_______________________________</w:t>
            </w:r>
          </w:p>
        </w:tc>
        <w:tc>
          <w:tcPr>
            <w:tcW w:type="dxa" w:w="5040"/>
          </w:tcPr>
          <w:p>
            <w:r>
              <w:br/>
              <w:br/>
              <w:t>_______________________________</w:t>
            </w:r>
          </w:p>
        </w:tc>
      </w:tr>
      <w:tr>
        <w:tc>
          <w:tcPr>
            <w:tcW w:type="dxa" w:w="5040"/>
          </w:tcPr>
          <w:p>
            <w:r>
              <w:t>ENTREGA</w:t>
            </w:r>
          </w:p>
        </w:tc>
        <w:tc>
          <w:tcPr>
            <w:tcW w:type="dxa" w:w="5040"/>
          </w:tcPr>
          <w:p>
            <w:r>
              <w:t>RECIBE</w:t>
            </w:r>
          </w:p>
        </w:tc>
      </w:tr>
    </w:tbl>
    <w:p>
      <w:pPr>
        <w:pStyle w:val="Heading2"/>
      </w:pPr>
      <w:r>
        <w:br/>
        <w:t>Checklist antes de firmar</w:t>
      </w:r>
    </w:p>
    <w:p>
      <w:pPr>
        <w:pStyle w:val="ListBullet"/>
      </w:pPr>
      <w:r>
        <w:t>Identidad y facultades de quien firma.</w:t>
      </w:r>
    </w:p>
    <w:p>
      <w:pPr>
        <w:pStyle w:val="ListBullet"/>
      </w:pPr>
      <w:r>
        <w:t>Objeto y entregables entendibles.</w:t>
      </w:r>
    </w:p>
    <w:p>
      <w:pPr>
        <w:pStyle w:val="ListBullet"/>
      </w:pPr>
      <w:r>
        <w:t>Precio, impuestos, anticipos y vencimientos.</w:t>
      </w:r>
    </w:p>
    <w:p>
      <w:pPr>
        <w:pStyle w:val="ListBullet"/>
      </w:pPr>
      <w:r>
        <w:t>Domicilios, correos y medios de notificación.</w:t>
      </w:r>
    </w:p>
    <w:p>
      <w:pPr>
        <w:pStyle w:val="ListBullet"/>
      </w:pPr>
      <w:r>
        <w:t>Anexos completos y numerados.</w:t>
      </w:r>
    </w:p>
    <w:p>
      <w:pPr>
        <w:pStyle w:val="ListBullet"/>
      </w:pPr>
      <w:r>
        <w:t>No dejar espacios esenciales en blanco.</w:t>
      </w:r>
    </w:p>
    <w:p>
      <w:pPr>
        <w:pStyle w:val="ListBullet"/>
      </w:pPr>
      <w:r>
        <w:t>Conservar una copia íntegra firmada por cada parte.</w:t>
      </w:r>
    </w:p>
    <w:p>
      <w:pPr>
        <w:jc w:val="center"/>
      </w:pPr>
      <w:r>
        <w:t>Fuente: MiPyME Morelos · Abogado Morelos HV · Actualización editorial 9 de septiembre de 2026. Para adaptar este modelo a un caso concreto consulta a un profesional.</w:t>
      </w:r>
    </w:p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MiPyME Morelos · Modelo gratuito · Abogado Morelos HV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 w:eastAsia="Georg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 w:eastAsia="Georgia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 w:eastAsia="Georgia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